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0BBE5" w14:textId="1FFF268C" w:rsidR="00544882" w:rsidRPr="004E62F8" w:rsidRDefault="00000000">
      <w:pPr>
        <w:pStyle w:val="Overskrift1"/>
        <w:rPr>
          <w:lang w:val="da-DK"/>
        </w:rPr>
      </w:pPr>
      <w:r w:rsidRPr="004E62F8">
        <w:rPr>
          <w:lang w:val="da-DK"/>
        </w:rPr>
        <w:t xml:space="preserve">Arbejdsark – Julemarked </w:t>
      </w:r>
      <w:r w:rsidR="004E62F8">
        <w:rPr>
          <w:lang w:val="da-DK"/>
        </w:rPr>
        <w:t>Dag 1.</w:t>
      </w:r>
    </w:p>
    <w:p w14:paraId="2F652A84" w14:textId="15E936FC" w:rsidR="00544882" w:rsidRPr="004E62F8" w:rsidRDefault="00000000">
      <w:pPr>
        <w:pStyle w:val="Overskrift2"/>
        <w:rPr>
          <w:lang w:val="da-DK"/>
        </w:rPr>
      </w:pPr>
      <w:r>
        <w:t>🧩</w:t>
      </w:r>
      <w:r w:rsidRPr="004E62F8">
        <w:rPr>
          <w:lang w:val="da-DK"/>
        </w:rPr>
        <w:t xml:space="preserve"> Opgave 1: Vælg jeres produkter (gruppeopgave)</w:t>
      </w:r>
      <w:r w:rsidR="005C6FEB">
        <w:rPr>
          <w:lang w:val="da-DK"/>
        </w:rPr>
        <w:t xml:space="preserve"> ENDELIG.</w:t>
      </w:r>
    </w:p>
    <w:p w14:paraId="571CDA33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I er en faggruppe (kok/tjener/bager/ernæring). I skal vælge 2–3 produkter til jeres stand.</w:t>
      </w:r>
    </w:p>
    <w:p w14:paraId="08EBC4FA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Skriv:</w:t>
      </w:r>
    </w:p>
    <w:p w14:paraId="57F05441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1. Hvad vil vi lave? (navn på produkt)</w:t>
      </w:r>
    </w:p>
    <w:p w14:paraId="39DD2C9D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2. Hvem er målgruppen? (børn, voksne, julemarkedsgæster generelt)</w:t>
      </w:r>
    </w:p>
    <w:p w14:paraId="75054532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3. Hvorfor passer produktet til vores fag?</w:t>
      </w:r>
    </w:p>
    <w:p w14:paraId="663C77E9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4. Hvad vil vi gerne være stolte af ved dette produkt?</w:t>
      </w:r>
    </w:p>
    <w:p w14:paraId="38D12373" w14:textId="77777777" w:rsidR="00544882" w:rsidRPr="004E62F8" w:rsidRDefault="00000000">
      <w:pPr>
        <w:pStyle w:val="Overskrift2"/>
        <w:rPr>
          <w:lang w:val="da-DK"/>
        </w:rPr>
      </w:pPr>
      <w:r>
        <w:t>🧩</w:t>
      </w:r>
      <w:r w:rsidRPr="004E62F8">
        <w:rPr>
          <w:lang w:val="da-DK"/>
        </w:rPr>
        <w:t xml:space="preserve"> Opgave 2: Arbejdsplan (gruppe)</w:t>
      </w:r>
    </w:p>
    <w:p w14:paraId="4A49CBA4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Udfyld skemaet:</w:t>
      </w:r>
    </w:p>
    <w:p w14:paraId="0C163CC1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Tidspunkt – Opgave – Hvem gør det – Hvor (køkken/bager/stand) – Afkrydsning</w:t>
      </w:r>
    </w:p>
    <w:p w14:paraId="4C257A59" w14:textId="564E6353" w:rsidR="00544882" w:rsidRPr="004E62F8" w:rsidRDefault="00000000">
      <w:pPr>
        <w:pStyle w:val="Overskrift2"/>
        <w:rPr>
          <w:lang w:val="da-DK"/>
        </w:rPr>
      </w:pPr>
      <w:r>
        <w:t>🧩</w:t>
      </w:r>
      <w:r w:rsidRPr="004E62F8">
        <w:rPr>
          <w:lang w:val="da-DK"/>
        </w:rPr>
        <w:t xml:space="preserve"> Opgave 3: Produktionsplan (for hvert produkt)</w:t>
      </w:r>
      <w:r w:rsidR="005C6FEB">
        <w:rPr>
          <w:lang w:val="da-DK"/>
        </w:rPr>
        <w:t xml:space="preserve"> – </w:t>
      </w:r>
      <w:proofErr w:type="spellStart"/>
      <w:r w:rsidR="005C6FEB">
        <w:rPr>
          <w:lang w:val="da-DK"/>
        </w:rPr>
        <w:t>Pita</w:t>
      </w:r>
      <w:proofErr w:type="spellEnd"/>
      <w:r w:rsidR="005C6FEB">
        <w:rPr>
          <w:lang w:val="da-DK"/>
        </w:rPr>
        <w:t xml:space="preserve"> laves 2 dage før f.eks.</w:t>
      </w:r>
    </w:p>
    <w:p w14:paraId="54D3980D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• Hvad skal vi lave?</w:t>
      </w:r>
    </w:p>
    <w:p w14:paraId="547CFDE4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• Hvor mange portioner?</w:t>
      </w:r>
    </w:p>
    <w:p w14:paraId="5A25057E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• Hvilke råvarer?</w:t>
      </w:r>
    </w:p>
    <w:p w14:paraId="5950A1AB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• Hvilket udstyr?</w:t>
      </w:r>
    </w:p>
    <w:p w14:paraId="0556F05F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• Hvor lang tid tager det?</w:t>
      </w:r>
    </w:p>
    <w:p w14:paraId="7350186B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• Hvad kan laves dagen før / to dage før?</w:t>
      </w:r>
    </w:p>
    <w:p w14:paraId="62C5ABA4" w14:textId="77777777" w:rsidR="00544882" w:rsidRPr="004E62F8" w:rsidRDefault="00000000">
      <w:pPr>
        <w:pStyle w:val="Overskrift2"/>
        <w:rPr>
          <w:lang w:val="da-DK"/>
        </w:rPr>
      </w:pPr>
      <w:r>
        <w:t>🧩</w:t>
      </w:r>
      <w:r w:rsidRPr="004E62F8">
        <w:rPr>
          <w:lang w:val="da-DK"/>
        </w:rPr>
        <w:t xml:space="preserve"> Opgave 4: Hygiejne-ark</w:t>
      </w:r>
    </w:p>
    <w:p w14:paraId="5456ACA3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Før produktion: hvad skal vi gøre?</w:t>
      </w:r>
    </w:p>
    <w:p w14:paraId="1C29BEEF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Under produktion: hvad skal vi huske?</w:t>
      </w:r>
    </w:p>
    <w:p w14:paraId="088EA8E0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På standen: hvordan holder vi det rent?</w:t>
      </w:r>
    </w:p>
    <w:p w14:paraId="63F148E1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Efter: oprydning og rengøring</w:t>
      </w:r>
    </w:p>
    <w:p w14:paraId="3A85BFB9" w14:textId="77777777" w:rsidR="00544882" w:rsidRPr="004E62F8" w:rsidRDefault="00000000">
      <w:pPr>
        <w:pStyle w:val="Overskrift2"/>
        <w:rPr>
          <w:lang w:val="da-DK"/>
        </w:rPr>
      </w:pPr>
      <w:r>
        <w:t>🧩</w:t>
      </w:r>
      <w:r w:rsidRPr="004E62F8">
        <w:rPr>
          <w:lang w:val="da-DK"/>
        </w:rPr>
        <w:t xml:space="preserve"> Opgave 5: Skiltning &amp; kostudregning</w:t>
      </w:r>
    </w:p>
    <w:p w14:paraId="3818E9D5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For hvert produkt:</w:t>
      </w:r>
    </w:p>
    <w:p w14:paraId="2ECF711D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• Navn på produkt</w:t>
      </w:r>
    </w:p>
    <w:p w14:paraId="67332C1E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lastRenderedPageBreak/>
        <w:t>• Kort beskrivelse (1–2 linjer)</w:t>
      </w:r>
    </w:p>
    <w:p w14:paraId="313058C9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• Pris</w:t>
      </w:r>
    </w:p>
    <w:p w14:paraId="26CAE15A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• Allergener</w:t>
      </w:r>
    </w:p>
    <w:p w14:paraId="5033F45D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 xml:space="preserve">• Evt. energi (kcal pr. 100 g eller pr. </w:t>
      </w:r>
      <w:proofErr w:type="spellStart"/>
      <w:r w:rsidRPr="004E62F8">
        <w:rPr>
          <w:lang w:val="da-DK"/>
        </w:rPr>
        <w:t>stk</w:t>
      </w:r>
      <w:proofErr w:type="spellEnd"/>
      <w:r w:rsidRPr="004E62F8">
        <w:rPr>
          <w:lang w:val="da-DK"/>
        </w:rPr>
        <w:t>)</w:t>
      </w:r>
    </w:p>
    <w:p w14:paraId="7432763D" w14:textId="77777777" w:rsidR="00544882" w:rsidRPr="004E62F8" w:rsidRDefault="00000000">
      <w:pPr>
        <w:pStyle w:val="Overskrift2"/>
        <w:rPr>
          <w:lang w:val="da-DK"/>
        </w:rPr>
      </w:pPr>
      <w:r>
        <w:t>🧩</w:t>
      </w:r>
      <w:r w:rsidRPr="004E62F8">
        <w:rPr>
          <w:lang w:val="da-DK"/>
        </w:rPr>
        <w:t xml:space="preserve"> Opgave 6: Varedeklaration</w:t>
      </w:r>
    </w:p>
    <w:p w14:paraId="4EEEF5EC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For hvert produkt:</w:t>
      </w:r>
    </w:p>
    <w:p w14:paraId="405D5100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• Navn</w:t>
      </w:r>
    </w:p>
    <w:p w14:paraId="56F946EA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• Ingredienser (i rækkefølge efter mængde)</w:t>
      </w:r>
    </w:p>
    <w:p w14:paraId="342257A6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• Nettovægt / antal</w:t>
      </w:r>
    </w:p>
    <w:p w14:paraId="24895093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• Allergener markeret</w:t>
      </w:r>
    </w:p>
    <w:p w14:paraId="42E4E601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• Evt. holdbarhed</w:t>
      </w:r>
    </w:p>
    <w:p w14:paraId="62587C98" w14:textId="1AA2FDCB" w:rsidR="00544882" w:rsidRPr="004E62F8" w:rsidRDefault="00000000">
      <w:pPr>
        <w:pStyle w:val="Overskrift2"/>
        <w:rPr>
          <w:lang w:val="da-DK"/>
        </w:rPr>
      </w:pPr>
      <w:r>
        <w:t>🧩</w:t>
      </w:r>
      <w:r w:rsidRPr="004E62F8">
        <w:rPr>
          <w:lang w:val="da-DK"/>
        </w:rPr>
        <w:t xml:space="preserve"> Opgave 7: Refleksion over faglig stolthed (individuel)</w:t>
      </w:r>
      <w:r w:rsidR="004C12D9">
        <w:rPr>
          <w:lang w:val="da-DK"/>
        </w:rPr>
        <w:t xml:space="preserve"> /planche eller præsentation af jeres GF1 rejse til nu.</w:t>
      </w:r>
    </w:p>
    <w:p w14:paraId="77B0B0F3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1. Hvad er jeg mest stolt af i dette projekt?</w:t>
      </w:r>
    </w:p>
    <w:p w14:paraId="50816365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2. Hvad har jeg lært om mit fag?</w:t>
      </w:r>
    </w:p>
    <w:p w14:paraId="0ECF031E" w14:textId="77777777" w:rsidR="00544882" w:rsidRPr="004E62F8" w:rsidRDefault="00000000">
      <w:pPr>
        <w:rPr>
          <w:lang w:val="da-DK"/>
        </w:rPr>
      </w:pPr>
      <w:r w:rsidRPr="004E62F8">
        <w:rPr>
          <w:lang w:val="da-DK"/>
        </w:rPr>
        <w:t>3. Hvor har jeg været ekstra omhyggelig?</w:t>
      </w:r>
    </w:p>
    <w:p w14:paraId="36B75F2E" w14:textId="77777777" w:rsidR="00544882" w:rsidRDefault="00000000">
      <w:pPr>
        <w:rPr>
          <w:lang w:val="da-DK"/>
        </w:rPr>
      </w:pPr>
      <w:r w:rsidRPr="004E62F8">
        <w:rPr>
          <w:lang w:val="da-DK"/>
        </w:rPr>
        <w:t>4. Hvad kunne jeg gøre lidt bedre næste gang?</w:t>
      </w:r>
    </w:p>
    <w:p w14:paraId="667E719C" w14:textId="77777777" w:rsidR="004C12D9" w:rsidRDefault="004C12D9">
      <w:pPr>
        <w:rPr>
          <w:lang w:val="da-DK"/>
        </w:rPr>
      </w:pPr>
    </w:p>
    <w:p w14:paraId="7F561C2C" w14:textId="77777777" w:rsidR="004C12D9" w:rsidRPr="004E62F8" w:rsidRDefault="004C12D9">
      <w:pPr>
        <w:rPr>
          <w:lang w:val="da-DK"/>
        </w:rPr>
      </w:pPr>
    </w:p>
    <w:sectPr w:rsidR="004C12D9" w:rsidRPr="004E62F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8192468">
    <w:abstractNumId w:val="8"/>
  </w:num>
  <w:num w:numId="2" w16cid:durableId="454760768">
    <w:abstractNumId w:val="6"/>
  </w:num>
  <w:num w:numId="3" w16cid:durableId="2125733112">
    <w:abstractNumId w:val="5"/>
  </w:num>
  <w:num w:numId="4" w16cid:durableId="62068962">
    <w:abstractNumId w:val="4"/>
  </w:num>
  <w:num w:numId="5" w16cid:durableId="381290395">
    <w:abstractNumId w:val="7"/>
  </w:num>
  <w:num w:numId="6" w16cid:durableId="600114821">
    <w:abstractNumId w:val="3"/>
  </w:num>
  <w:num w:numId="7" w16cid:durableId="97650525">
    <w:abstractNumId w:val="2"/>
  </w:num>
  <w:num w:numId="8" w16cid:durableId="1854806364">
    <w:abstractNumId w:val="1"/>
  </w:num>
  <w:num w:numId="9" w16cid:durableId="1921212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7CE3"/>
    <w:rsid w:val="0006063C"/>
    <w:rsid w:val="0015074B"/>
    <w:rsid w:val="001F60BA"/>
    <w:rsid w:val="0029639D"/>
    <w:rsid w:val="00326F90"/>
    <w:rsid w:val="00386524"/>
    <w:rsid w:val="004C12D9"/>
    <w:rsid w:val="004E62F8"/>
    <w:rsid w:val="00544882"/>
    <w:rsid w:val="005C6FEB"/>
    <w:rsid w:val="00AA1D8D"/>
    <w:rsid w:val="00B47730"/>
    <w:rsid w:val="00BD4FF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51A673"/>
  <w14:defaultImageDpi w14:val="300"/>
  <w15:docId w15:val="{439B9D91-DF83-4A4A-A863-56B325DF2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Victor Stewart</cp:lastModifiedBy>
  <cp:revision>5</cp:revision>
  <cp:lastPrinted>2025-12-12T06:35:00Z</cp:lastPrinted>
  <dcterms:created xsi:type="dcterms:W3CDTF">2025-11-25T06:47:00Z</dcterms:created>
  <dcterms:modified xsi:type="dcterms:W3CDTF">2025-12-12T06:35:00Z</dcterms:modified>
  <cp:category/>
</cp:coreProperties>
</file>